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1CAD9" w14:textId="77777777" w:rsidR="00565260" w:rsidRDefault="00565260">
      <w:pPr>
        <w:pStyle w:val="Tytu"/>
        <w:spacing w:after="20"/>
        <w:jc w:val="center"/>
        <w:rPr>
          <w:lang w:val="pl-PL"/>
        </w:rPr>
      </w:pPr>
    </w:p>
    <w:p w14:paraId="7F37DF8E" w14:textId="70CF40B1" w:rsidR="000F63C3" w:rsidRDefault="00000000">
      <w:pPr>
        <w:pStyle w:val="Tytu"/>
        <w:spacing w:after="20"/>
        <w:jc w:val="center"/>
        <w:rPr>
          <w:lang w:val="pl-PL"/>
        </w:rPr>
      </w:pPr>
      <w:r w:rsidRPr="00CA21BB">
        <w:rPr>
          <w:lang w:val="pl-PL"/>
        </w:rPr>
        <w:t>REKLAMACJA I ODWOŁANIE OD DECYZJI UBEZPIECZYCIELA</w:t>
      </w:r>
    </w:p>
    <w:p w14:paraId="3DAEAA7D" w14:textId="77777777" w:rsidR="00565260" w:rsidRPr="00CA21BB" w:rsidRDefault="00565260" w:rsidP="00CA21BB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  <w:gridCol w:w="30"/>
      </w:tblGrid>
      <w:tr w:rsidR="000F63C3" w14:paraId="13040324" w14:textId="77777777">
        <w:trPr>
          <w:gridAfter w:val="1"/>
          <w:wAfter w:w="30" w:type="dxa"/>
          <w:jc w:val="center"/>
        </w:trPr>
        <w:tc>
          <w:tcPr>
            <w:tcW w:w="1031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0F0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0E096C0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 xml:space="preserve">Dane </w:t>
            </w:r>
            <w:proofErr w:type="spellStart"/>
            <w:r>
              <w:rPr>
                <w:b/>
                <w:color w:val="000000"/>
              </w:rPr>
              <w:t>składającego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reklamację</w:t>
            </w:r>
            <w:proofErr w:type="spellEnd"/>
          </w:p>
        </w:tc>
      </w:tr>
      <w:tr w:rsidR="000F63C3" w14:paraId="579A2FF9" w14:textId="77777777">
        <w:trPr>
          <w:gridAfter w:val="1"/>
          <w:wAfter w:w="30" w:type="dxa"/>
          <w:jc w:val="center"/>
        </w:trPr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BF9492F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Imię i nazwisko: </w:t>
            </w:r>
            <w:r>
              <w:rPr>
                <w:color w:val="000000"/>
                <w:sz w:val="18"/>
              </w:rPr>
              <w:t>..............................................................................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5794007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PESEL: </w:t>
            </w:r>
            <w:r>
              <w:rPr>
                <w:color w:val="000000"/>
                <w:sz w:val="18"/>
              </w:rPr>
              <w:t>........................................</w:t>
            </w:r>
          </w:p>
        </w:tc>
      </w:tr>
      <w:tr w:rsidR="000F63C3" w14:paraId="5B1AA578" w14:textId="77777777">
        <w:trPr>
          <w:gridAfter w:val="1"/>
          <w:wAfter w:w="30" w:type="dxa"/>
          <w:jc w:val="center"/>
        </w:trPr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12F3EB8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Adres: </w:t>
            </w:r>
            <w:r>
              <w:rPr>
                <w:color w:val="000000"/>
                <w:sz w:val="18"/>
              </w:rPr>
              <w:t>...............................................................................................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C85FBD4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Telefon: </w:t>
            </w:r>
            <w:r>
              <w:rPr>
                <w:color w:val="000000"/>
                <w:sz w:val="18"/>
              </w:rPr>
              <w:t>....................................</w:t>
            </w:r>
          </w:p>
        </w:tc>
      </w:tr>
      <w:tr w:rsidR="000F63C3" w14:paraId="56FEE9C1" w14:textId="77777777">
        <w:trPr>
          <w:gridAfter w:val="1"/>
          <w:wAfter w:w="30" w:type="dxa"/>
          <w:jc w:val="center"/>
        </w:trPr>
        <w:tc>
          <w:tcPr>
            <w:tcW w:w="1031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84AC1F0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E-mail: </w:t>
            </w:r>
            <w:r>
              <w:rPr>
                <w:color w:val="000000"/>
                <w:sz w:val="18"/>
              </w:rPr>
              <w:t>...........................................................................................</w:t>
            </w:r>
          </w:p>
        </w:tc>
      </w:tr>
      <w:tr w:rsidR="000F63C3" w14:paraId="0644079B" w14:textId="77777777">
        <w:trPr>
          <w:gridAfter w:val="1"/>
          <w:wAfter w:w="30" w:type="dxa"/>
          <w:jc w:val="center"/>
        </w:trPr>
        <w:tc>
          <w:tcPr>
            <w:tcW w:w="1031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0F0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C5A7B97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Adresat</w:t>
            </w:r>
          </w:p>
        </w:tc>
      </w:tr>
      <w:tr w:rsidR="000F63C3" w14:paraId="2AC97F62" w14:textId="77777777" w:rsidTr="00CA21BB">
        <w:trPr>
          <w:jc w:val="center"/>
        </w:trPr>
        <w:tc>
          <w:tcPr>
            <w:tcW w:w="10348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AE47E2D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Nazwa ubezpieczyciela: </w:t>
            </w:r>
            <w:r>
              <w:rPr>
                <w:color w:val="000000"/>
                <w:sz w:val="18"/>
              </w:rPr>
              <w:t>..........................................................................................................................</w:t>
            </w:r>
          </w:p>
        </w:tc>
      </w:tr>
      <w:tr w:rsidR="000F63C3" w14:paraId="2227EDDE" w14:textId="77777777" w:rsidTr="00CA21BB">
        <w:trPr>
          <w:jc w:val="center"/>
        </w:trPr>
        <w:tc>
          <w:tcPr>
            <w:tcW w:w="10348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F288FF9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Adres lub adres e-mail: </w:t>
            </w:r>
            <w:r>
              <w:rPr>
                <w:color w:val="000000"/>
                <w:sz w:val="18"/>
              </w:rPr>
              <w:t>........................................................................................................................</w:t>
            </w:r>
          </w:p>
        </w:tc>
      </w:tr>
      <w:tr w:rsidR="000F63C3" w14:paraId="708CD4C1" w14:textId="77777777" w:rsidTr="00CA21BB">
        <w:trPr>
          <w:jc w:val="center"/>
        </w:trPr>
        <w:tc>
          <w:tcPr>
            <w:tcW w:w="10348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0DD3024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Miejscowość i data: </w:t>
            </w:r>
            <w:r>
              <w:rPr>
                <w:color w:val="000000"/>
                <w:sz w:val="18"/>
              </w:rPr>
              <w:t>............................................................................................................................</w:t>
            </w:r>
          </w:p>
        </w:tc>
      </w:tr>
      <w:tr w:rsidR="000F63C3" w14:paraId="32A9453F" w14:textId="77777777">
        <w:trPr>
          <w:gridAfter w:val="1"/>
          <w:wAfter w:w="30" w:type="dxa"/>
          <w:jc w:val="center"/>
        </w:trPr>
        <w:tc>
          <w:tcPr>
            <w:tcW w:w="1031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0F0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5CADDBB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Dane sprawy</w:t>
            </w:r>
          </w:p>
        </w:tc>
      </w:tr>
      <w:tr w:rsidR="000F63C3" w14:paraId="43CEC485" w14:textId="77777777">
        <w:trPr>
          <w:gridAfter w:val="1"/>
          <w:wAfter w:w="30" w:type="dxa"/>
          <w:jc w:val="center"/>
        </w:trPr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2D25476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Numer szkody: </w:t>
            </w:r>
            <w:r>
              <w:rPr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9FEECC9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Data szkody: </w:t>
            </w:r>
            <w:r>
              <w:rPr>
                <w:color w:val="000000"/>
                <w:sz w:val="18"/>
              </w:rPr>
              <w:t>......................................</w:t>
            </w:r>
          </w:p>
        </w:tc>
      </w:tr>
      <w:tr w:rsidR="000F63C3" w14:paraId="39241E6D" w14:textId="77777777">
        <w:trPr>
          <w:gridAfter w:val="1"/>
          <w:wAfter w:w="30" w:type="dxa"/>
          <w:jc w:val="center"/>
        </w:trPr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E55F290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Data decyzji: </w:t>
            </w:r>
            <w:r>
              <w:rPr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2476CC1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Ubezpieczenie: </w:t>
            </w:r>
            <w:r>
              <w:rPr>
                <w:color w:val="000000"/>
                <w:sz w:val="18"/>
              </w:rPr>
              <w:t>☐ OC   ☐ AC   ☐ inne</w:t>
            </w:r>
          </w:p>
        </w:tc>
      </w:tr>
      <w:tr w:rsidR="000F63C3" w14:paraId="75115C4E" w14:textId="77777777">
        <w:trPr>
          <w:gridAfter w:val="1"/>
          <w:wAfter w:w="30" w:type="dxa"/>
          <w:jc w:val="center"/>
        </w:trPr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9B00E3F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Poszkodowany lub ubezpieczony: </w:t>
            </w:r>
            <w:r>
              <w:rPr>
                <w:color w:val="000000"/>
                <w:sz w:val="18"/>
              </w:rPr>
              <w:t>.............................................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21F47C7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  <w:sz w:val="18"/>
              </w:rPr>
              <w:t xml:space="preserve">Sprawca szkody: </w:t>
            </w:r>
            <w:r>
              <w:rPr>
                <w:color w:val="000000"/>
                <w:sz w:val="18"/>
              </w:rPr>
              <w:t>...................................</w:t>
            </w:r>
          </w:p>
        </w:tc>
      </w:tr>
    </w:tbl>
    <w:p w14:paraId="12B5BC6F" w14:textId="77777777" w:rsidR="00CA21BB" w:rsidRDefault="00CA21BB">
      <w:pPr>
        <w:jc w:val="both"/>
        <w:rPr>
          <w:color w:val="000000"/>
          <w:lang w:val="pl-PL"/>
        </w:rPr>
      </w:pPr>
    </w:p>
    <w:p w14:paraId="360F1353" w14:textId="66136FD2" w:rsidR="000F63C3" w:rsidRPr="00CA21BB" w:rsidRDefault="00000000">
      <w:pPr>
        <w:jc w:val="both"/>
        <w:rPr>
          <w:lang w:val="pl-PL"/>
        </w:rPr>
      </w:pPr>
      <w:r w:rsidRPr="00CA21BB">
        <w:rPr>
          <w:color w:val="000000"/>
          <w:lang w:val="pl-PL"/>
        </w:rPr>
        <w:t xml:space="preserve">Działając we własnym imieniu, składam reklamację i odwołanie od decyzji ubezpieczyciela z dnia ........................................ dotyczącej szkody nr </w:t>
      </w:r>
      <w:proofErr w:type="gramStart"/>
      <w:r w:rsidRPr="00CA21BB">
        <w:rPr>
          <w:color w:val="000000"/>
          <w:lang w:val="pl-PL"/>
        </w:rPr>
        <w:t>........................................ .</w:t>
      </w:r>
      <w:proofErr w:type="gramEnd"/>
    </w:p>
    <w:p w14:paraId="718634C7" w14:textId="77777777" w:rsidR="00CA21BB" w:rsidRDefault="00CA21BB">
      <w:pPr>
        <w:spacing w:after="20"/>
        <w:rPr>
          <w:b/>
          <w:color w:val="000000"/>
          <w:lang w:val="pl-PL"/>
        </w:rPr>
      </w:pPr>
    </w:p>
    <w:p w14:paraId="7B651BB5" w14:textId="610AAC70" w:rsidR="000F63C3" w:rsidRPr="00CA21BB" w:rsidRDefault="00000000" w:rsidP="00CA21BB">
      <w:pPr>
        <w:spacing w:after="20" w:line="276" w:lineRule="auto"/>
        <w:rPr>
          <w:lang w:val="pl-PL"/>
        </w:rPr>
      </w:pPr>
      <w:r w:rsidRPr="00CA21BB">
        <w:rPr>
          <w:b/>
          <w:color w:val="000000"/>
          <w:lang w:val="pl-PL"/>
        </w:rPr>
        <w:t>Wnoszę o</w:t>
      </w:r>
    </w:p>
    <w:p w14:paraId="70E4F6AC" w14:textId="7B30FA10" w:rsidR="000F63C3" w:rsidRPr="00CA21BB" w:rsidRDefault="00000000" w:rsidP="00CA21BB">
      <w:pPr>
        <w:spacing w:after="20" w:line="276" w:lineRule="auto"/>
        <w:rPr>
          <w:sz w:val="22"/>
          <w:szCs w:val="24"/>
          <w:lang w:val="pl-PL"/>
        </w:rPr>
      </w:pPr>
      <w:r w:rsidRPr="00CA21BB">
        <w:rPr>
          <w:color w:val="000000"/>
          <w:szCs w:val="24"/>
          <w:lang w:val="pl-PL"/>
        </w:rPr>
        <w:t>1. zmianę decyzji poprzez ..............................................................................................................................................</w:t>
      </w:r>
    </w:p>
    <w:p w14:paraId="1AD81182" w14:textId="2E0F6DD8" w:rsidR="000F63C3" w:rsidRPr="00CA21BB" w:rsidRDefault="00000000" w:rsidP="00CA21BB">
      <w:pPr>
        <w:spacing w:after="20" w:line="276" w:lineRule="auto"/>
        <w:rPr>
          <w:sz w:val="22"/>
          <w:szCs w:val="24"/>
          <w:lang w:val="pl-PL"/>
        </w:rPr>
      </w:pPr>
      <w:r w:rsidRPr="00CA21BB">
        <w:rPr>
          <w:color w:val="000000"/>
          <w:szCs w:val="24"/>
          <w:lang w:val="pl-PL"/>
        </w:rPr>
        <w:t>2. wypłatę kwoty ........................................ zł tytułem ....................................................................................................</w:t>
      </w:r>
    </w:p>
    <w:p w14:paraId="6E2466CA" w14:textId="77777777" w:rsidR="000F63C3" w:rsidRPr="00CA21BB" w:rsidRDefault="00000000" w:rsidP="00CA21BB">
      <w:pPr>
        <w:spacing w:after="20" w:line="276" w:lineRule="auto"/>
        <w:rPr>
          <w:sz w:val="22"/>
          <w:szCs w:val="24"/>
          <w:lang w:val="pl-PL"/>
        </w:rPr>
      </w:pPr>
      <w:r w:rsidRPr="00CA21BB">
        <w:rPr>
          <w:color w:val="000000"/>
          <w:szCs w:val="24"/>
          <w:lang w:val="pl-PL"/>
        </w:rPr>
        <w:t>3. wypłatę odsetek ustawowych za opóźnienie od dnia ........................................ do dnia zapłaty,</w:t>
      </w:r>
    </w:p>
    <w:p w14:paraId="058846ED" w14:textId="77777777" w:rsidR="000F63C3" w:rsidRDefault="00000000" w:rsidP="00CA21BB">
      <w:pPr>
        <w:spacing w:after="20" w:line="276" w:lineRule="auto"/>
        <w:rPr>
          <w:color w:val="000000"/>
          <w:szCs w:val="24"/>
          <w:lang w:val="pl-PL"/>
        </w:rPr>
      </w:pPr>
      <w:r w:rsidRPr="00CA21BB">
        <w:rPr>
          <w:color w:val="000000"/>
          <w:szCs w:val="24"/>
          <w:lang w:val="pl-PL"/>
        </w:rPr>
        <w:t>4. ponowne rozpatrzenie wszystkich dowodów oraz przekazanie szczegółowego uzasadnienia i wyliczenia świadczenia.</w:t>
      </w:r>
    </w:p>
    <w:p w14:paraId="0F496DF2" w14:textId="77777777" w:rsidR="00CA21BB" w:rsidRPr="00CA21BB" w:rsidRDefault="00CA21BB" w:rsidP="00CA21BB">
      <w:pPr>
        <w:spacing w:after="20" w:line="276" w:lineRule="auto"/>
        <w:rPr>
          <w:sz w:val="22"/>
          <w:szCs w:val="24"/>
          <w:lang w:val="pl-PL"/>
        </w:rPr>
      </w:pPr>
    </w:p>
    <w:p w14:paraId="5815A92B" w14:textId="77777777" w:rsidR="000F63C3" w:rsidRPr="00CA21BB" w:rsidRDefault="00000000" w:rsidP="00CA21BB">
      <w:pPr>
        <w:spacing w:line="276" w:lineRule="auto"/>
        <w:rPr>
          <w:color w:val="000000"/>
          <w:szCs w:val="24"/>
        </w:rPr>
      </w:pPr>
      <w:proofErr w:type="spellStart"/>
      <w:r w:rsidRPr="00CA21BB">
        <w:rPr>
          <w:color w:val="000000"/>
          <w:szCs w:val="24"/>
        </w:rPr>
        <w:t>Rachunek</w:t>
      </w:r>
      <w:proofErr w:type="spellEnd"/>
      <w:r w:rsidRPr="00CA21BB">
        <w:rPr>
          <w:color w:val="000000"/>
          <w:szCs w:val="24"/>
        </w:rPr>
        <w:t xml:space="preserve"> </w:t>
      </w:r>
      <w:proofErr w:type="spellStart"/>
      <w:r w:rsidRPr="00CA21BB">
        <w:rPr>
          <w:color w:val="000000"/>
          <w:szCs w:val="24"/>
        </w:rPr>
        <w:t>bankowy</w:t>
      </w:r>
      <w:proofErr w:type="spellEnd"/>
      <w:r w:rsidRPr="00CA21BB">
        <w:rPr>
          <w:color w:val="000000"/>
          <w:szCs w:val="24"/>
        </w:rPr>
        <w:t xml:space="preserve"> do </w:t>
      </w:r>
      <w:proofErr w:type="spellStart"/>
      <w:r w:rsidRPr="00CA21BB">
        <w:rPr>
          <w:color w:val="000000"/>
          <w:szCs w:val="24"/>
        </w:rPr>
        <w:t>wypłaty</w:t>
      </w:r>
      <w:proofErr w:type="spellEnd"/>
      <w:r w:rsidRPr="00CA21BB">
        <w:rPr>
          <w:color w:val="000000"/>
          <w:szCs w:val="24"/>
        </w:rPr>
        <w:t>: ................................................................................................................................................</w:t>
      </w:r>
    </w:p>
    <w:p w14:paraId="56160979" w14:textId="77777777" w:rsidR="00CA21BB" w:rsidRDefault="00CA21B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0F63C3" w14:paraId="0EF1EF0C" w14:textId="77777777">
        <w:trPr>
          <w:jc w:val="center"/>
        </w:trPr>
        <w:tc>
          <w:tcPr>
            <w:tcW w:w="103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0F0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207C3DE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Zakres zastrzeżeń</w:t>
            </w:r>
          </w:p>
        </w:tc>
      </w:tr>
    </w:tbl>
    <w:p w14:paraId="726C5934" w14:textId="77777777" w:rsidR="000F63C3" w:rsidRPr="00CA21BB" w:rsidRDefault="00000000">
      <w:pPr>
        <w:spacing w:after="20"/>
        <w:jc w:val="center"/>
        <w:rPr>
          <w:sz w:val="22"/>
          <w:szCs w:val="24"/>
          <w:lang w:val="pl-PL"/>
        </w:rPr>
      </w:pPr>
      <w:r w:rsidRPr="00CA21BB">
        <w:rPr>
          <w:color w:val="000000"/>
          <w:szCs w:val="24"/>
          <w:lang w:val="pl-PL"/>
        </w:rPr>
        <w:t>☐ odmowa odpowiedzialności     ☐ zaniżona wysokość świadczenia     ☐ pominięte koszty lub dowody</w:t>
      </w:r>
    </w:p>
    <w:p w14:paraId="41A7026C" w14:textId="77777777" w:rsidR="000F63C3" w:rsidRPr="00CA21BB" w:rsidRDefault="00000000">
      <w:pPr>
        <w:spacing w:after="40"/>
        <w:jc w:val="center"/>
        <w:rPr>
          <w:sz w:val="22"/>
          <w:szCs w:val="24"/>
          <w:lang w:val="pl-PL"/>
        </w:rPr>
      </w:pPr>
      <w:r w:rsidRPr="00CA21BB">
        <w:rPr>
          <w:color w:val="000000"/>
          <w:szCs w:val="24"/>
          <w:lang w:val="pl-PL"/>
        </w:rPr>
        <w:t>☐ błędny kosztorys     ☐ nieprawidłowe ustalenie okoliczności lub przyczynienia     ☐ inne: ........................................</w:t>
      </w:r>
    </w:p>
    <w:p w14:paraId="61B5FE40" w14:textId="77777777" w:rsidR="00CA21BB" w:rsidRDefault="00CA21BB">
      <w:pPr>
        <w:spacing w:after="20"/>
        <w:rPr>
          <w:b/>
          <w:color w:val="000000"/>
          <w:lang w:val="pl-PL"/>
        </w:rPr>
      </w:pPr>
    </w:p>
    <w:p w14:paraId="3F14BDAE" w14:textId="2DF66CBB" w:rsidR="000F63C3" w:rsidRPr="00CA21BB" w:rsidRDefault="00000000">
      <w:pPr>
        <w:spacing w:after="20"/>
        <w:rPr>
          <w:lang w:val="pl-PL"/>
        </w:rPr>
      </w:pPr>
      <w:r w:rsidRPr="00CA21BB">
        <w:rPr>
          <w:b/>
          <w:color w:val="000000"/>
          <w:lang w:val="pl-PL"/>
        </w:rPr>
        <w:t>Najważniejsze zarzuty wobec decyzji</w:t>
      </w:r>
    </w:p>
    <w:p w14:paraId="19BD8AE3" w14:textId="6245B80E" w:rsidR="000F63C3" w:rsidRPr="00CA21BB" w:rsidRDefault="00000000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 w:rsidR="00CA21BB">
        <w:rPr>
          <w:color w:val="777777"/>
          <w:szCs w:val="24"/>
          <w:lang w:val="pl-PL"/>
        </w:rPr>
        <w:t>.........................</w:t>
      </w:r>
    </w:p>
    <w:p w14:paraId="49D042D6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34B66CE4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557C253E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16ADA121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1E0B2E28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1DE7BF8F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5EAC9069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1D2D0694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1B8E1488" w14:textId="77777777" w:rsidR="00CA21BB" w:rsidRDefault="00CA21BB">
      <w:pPr>
        <w:spacing w:after="20" w:line="240" w:lineRule="auto"/>
        <w:rPr>
          <w:color w:val="777777"/>
          <w:szCs w:val="24"/>
          <w:lang w:val="pl-PL"/>
        </w:rPr>
      </w:pPr>
    </w:p>
    <w:p w14:paraId="632BD9EE" w14:textId="77777777" w:rsidR="000F63C3" w:rsidRPr="00CA21BB" w:rsidRDefault="00000000">
      <w:pPr>
        <w:rPr>
          <w:lang w:val="pl-PL"/>
        </w:rPr>
      </w:pPr>
      <w:r w:rsidRPr="00CA21BB">
        <w:rPr>
          <w:lang w:val="pl-PL"/>
        </w:rPr>
        <w:br w:type="page"/>
      </w:r>
    </w:p>
    <w:p w14:paraId="24545ABA" w14:textId="77777777" w:rsidR="000F63C3" w:rsidRDefault="00000000">
      <w:pPr>
        <w:pStyle w:val="Tytu"/>
        <w:spacing w:after="100"/>
        <w:jc w:val="center"/>
        <w:rPr>
          <w:lang w:val="pl-PL"/>
        </w:rPr>
      </w:pPr>
      <w:r w:rsidRPr="00CA21BB">
        <w:rPr>
          <w:lang w:val="pl-PL"/>
        </w:rPr>
        <w:lastRenderedPageBreak/>
        <w:t>UZASADNIENIE</w:t>
      </w:r>
    </w:p>
    <w:p w14:paraId="488A1A2C" w14:textId="77777777" w:rsidR="00CA21BB" w:rsidRPr="00CA21BB" w:rsidRDefault="00CA21BB" w:rsidP="00CA21BB">
      <w:pPr>
        <w:rPr>
          <w:lang w:val="pl-PL"/>
        </w:rPr>
      </w:pPr>
    </w:p>
    <w:p w14:paraId="53294E30" w14:textId="77777777" w:rsidR="000F63C3" w:rsidRPr="00CA21BB" w:rsidRDefault="00000000">
      <w:pPr>
        <w:spacing w:after="40"/>
        <w:jc w:val="both"/>
        <w:rPr>
          <w:lang w:val="pl-PL"/>
        </w:rPr>
      </w:pPr>
      <w:r w:rsidRPr="00CA21BB">
        <w:rPr>
          <w:color w:val="000000"/>
          <w:lang w:val="pl-PL"/>
        </w:rPr>
        <w:t>Ubezpieczyciel w decyzji z dnia ........................................ [odmówił wypłaty świadczenia / przyznał świadczenie w kwocie ........................................ zł]. Nie zgadzam się z tą decyzją z następujących powodów:</w:t>
      </w:r>
    </w:p>
    <w:p w14:paraId="751AE1B9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23526AF3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2BDD9FC1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704680C8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5BC77868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0E632273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0C2D4223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3F4F0092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54D5C24C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278BAE9C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34B657B6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524FAE11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55D5B0EB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01F1130C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18746783" w14:textId="77777777" w:rsidR="00CA21BB" w:rsidRPr="00CA21BB" w:rsidRDefault="00CA21BB" w:rsidP="00CA21BB">
      <w:pPr>
        <w:spacing w:after="20" w:line="240" w:lineRule="auto"/>
        <w:rPr>
          <w:sz w:val="22"/>
          <w:szCs w:val="24"/>
          <w:lang w:val="pl-PL"/>
        </w:rPr>
      </w:pPr>
      <w:r w:rsidRPr="00CA21BB">
        <w:rPr>
          <w:color w:val="777777"/>
          <w:szCs w:val="24"/>
          <w:lang w:val="pl-PL"/>
        </w:rPr>
        <w:t>................................................................................................................................................................</w:t>
      </w:r>
      <w:r>
        <w:rPr>
          <w:color w:val="777777"/>
          <w:szCs w:val="24"/>
          <w:lang w:val="pl-PL"/>
        </w:rPr>
        <w:t>.........................</w:t>
      </w:r>
    </w:p>
    <w:p w14:paraId="0A4CD01E" w14:textId="44B3D041" w:rsidR="000F63C3" w:rsidRDefault="000F63C3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0F63C3" w14:paraId="7C493027" w14:textId="77777777">
        <w:trPr>
          <w:jc w:val="center"/>
        </w:trPr>
        <w:tc>
          <w:tcPr>
            <w:tcW w:w="103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0F0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FD8D3FC" w14:textId="77777777" w:rsidR="000F63C3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Podstawa roszczenia</w:t>
            </w:r>
          </w:p>
        </w:tc>
      </w:tr>
    </w:tbl>
    <w:p w14:paraId="2C4DB7E7" w14:textId="77777777" w:rsidR="00CA21BB" w:rsidRDefault="00CA21BB">
      <w:pPr>
        <w:spacing w:after="40"/>
        <w:jc w:val="both"/>
        <w:rPr>
          <w:color w:val="000000"/>
          <w:sz w:val="19"/>
          <w:lang w:val="pl-PL"/>
        </w:rPr>
      </w:pPr>
    </w:p>
    <w:p w14:paraId="1EC93E8F" w14:textId="414918EB" w:rsidR="000F63C3" w:rsidRPr="00CA21BB" w:rsidRDefault="00000000" w:rsidP="00CA21BB">
      <w:pPr>
        <w:spacing w:after="40" w:line="360" w:lineRule="auto"/>
        <w:jc w:val="both"/>
        <w:rPr>
          <w:lang w:val="pl-PL"/>
        </w:rPr>
      </w:pPr>
      <w:r w:rsidRPr="00CA21BB">
        <w:rPr>
          <w:color w:val="000000"/>
          <w:sz w:val="19"/>
          <w:lang w:val="pl-PL"/>
        </w:rPr>
        <w:t>Zgodnie z art. 361 § 2 Kodeksu cywilnego naprawienie szkody obejmuje poniesione straty oraz utracone korzyści pozostające w normalnym związku przyczynowym ze zdarzeniem. Jeżeli roszczenie jest dochodzone z ubezpieczenia OC sprawcy, zastosowanie ma również art. 822 Kodeksu cywilnego.</w:t>
      </w:r>
    </w:p>
    <w:p w14:paraId="2971A720" w14:textId="77777777" w:rsidR="000F63C3" w:rsidRPr="00CA21BB" w:rsidRDefault="00000000" w:rsidP="00CA21BB">
      <w:pPr>
        <w:spacing w:after="40" w:line="360" w:lineRule="auto"/>
        <w:jc w:val="both"/>
        <w:rPr>
          <w:lang w:val="pl-PL"/>
        </w:rPr>
      </w:pPr>
      <w:r w:rsidRPr="00CA21BB">
        <w:rPr>
          <w:color w:val="000000"/>
          <w:sz w:val="19"/>
          <w:lang w:val="pl-PL"/>
        </w:rPr>
        <w:t>☐ Szkoda osobowa — wnoszę również o zwrot uzasadnionych kosztów wynikłych z uszkodzenia ciała lub rozstroju zdrowia oraz o odpowiednie zadośćuczynienie, stosownie do art. 444 § 1 i art. 445 § 1 Kodeksu cywilnego.</w:t>
      </w:r>
    </w:p>
    <w:p w14:paraId="082552CA" w14:textId="77777777" w:rsidR="000F63C3" w:rsidRPr="00CA21BB" w:rsidRDefault="00000000" w:rsidP="00CA21BB">
      <w:pPr>
        <w:spacing w:line="360" w:lineRule="auto"/>
        <w:jc w:val="both"/>
        <w:rPr>
          <w:lang w:val="pl-PL"/>
        </w:rPr>
      </w:pPr>
      <w:r w:rsidRPr="00CA21BB">
        <w:rPr>
          <w:color w:val="000000"/>
          <w:sz w:val="19"/>
          <w:lang w:val="pl-PL"/>
        </w:rPr>
        <w:t>Wnoszę o udzielenie odpowiedzi na reklamację bez zbędnej zwłoki, nie później niż w terminie 30 dni od dnia jej otrzymania, zgodnie z art. 6 ustawy o rozpatrywaniu reklamacji przez podmioty rynku finansowego, o Rzeczniku Finansowym i o Funduszu Edukacji Finansowej. W szczególnie skomplikowanych przypadkach zastosowanie ma termin określony w art. 7 tej ustawy.</w:t>
      </w:r>
    </w:p>
    <w:p w14:paraId="1AE5D2E5" w14:textId="77777777" w:rsidR="000F63C3" w:rsidRDefault="00000000" w:rsidP="00CA21BB">
      <w:pPr>
        <w:spacing w:after="80" w:line="360" w:lineRule="auto"/>
        <w:jc w:val="both"/>
        <w:rPr>
          <w:color w:val="000000"/>
          <w:sz w:val="19"/>
          <w:lang w:val="pl-PL"/>
        </w:rPr>
      </w:pPr>
      <w:r w:rsidRPr="00CA21BB">
        <w:rPr>
          <w:color w:val="000000"/>
          <w:sz w:val="19"/>
          <w:lang w:val="pl-PL"/>
        </w:rPr>
        <w:t>W sprawach dotyczących obowiązkowego ubezpieczenia OC wnoszę także o uwzględnienie terminów spełnienia świadczenia wynikających z art. 14 ustawy o ubezpieczeniach obowiązkowych, UFG i PBUK.</w:t>
      </w:r>
    </w:p>
    <w:p w14:paraId="3834D988" w14:textId="77777777" w:rsidR="00CA21BB" w:rsidRPr="00CA21BB" w:rsidRDefault="00CA21BB">
      <w:pPr>
        <w:spacing w:after="80"/>
        <w:jc w:val="both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0F63C3" w14:paraId="72177C35" w14:textId="77777777">
        <w:trPr>
          <w:jc w:val="center"/>
        </w:trPr>
        <w:tc>
          <w:tcPr>
            <w:tcW w:w="103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0F0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DD867EA" w14:textId="77777777" w:rsidR="000F63C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000000"/>
              </w:rPr>
              <w:t>Załączniki</w:t>
            </w:r>
            <w:proofErr w:type="spellEnd"/>
          </w:p>
        </w:tc>
      </w:tr>
    </w:tbl>
    <w:p w14:paraId="0A04F55E" w14:textId="77777777" w:rsidR="000F63C3" w:rsidRPr="00CA21BB" w:rsidRDefault="00000000">
      <w:pPr>
        <w:spacing w:after="20"/>
        <w:jc w:val="center"/>
        <w:rPr>
          <w:lang w:val="pl-PL"/>
        </w:rPr>
      </w:pPr>
      <w:r w:rsidRPr="00CA21BB">
        <w:rPr>
          <w:color w:val="000000"/>
          <w:sz w:val="18"/>
          <w:lang w:val="pl-PL"/>
        </w:rPr>
        <w:t>☐ decyzja ubezpieczyciela     ☐ kosztorys lub kalkulacja     ☐ faktury i rachunki     ☐ zdjęcia</w:t>
      </w:r>
    </w:p>
    <w:p w14:paraId="7B45D137" w14:textId="77777777" w:rsidR="000F63C3" w:rsidRPr="00CA21BB" w:rsidRDefault="00000000">
      <w:pPr>
        <w:spacing w:after="80"/>
        <w:jc w:val="center"/>
        <w:rPr>
          <w:lang w:val="pl-PL"/>
        </w:rPr>
      </w:pPr>
      <w:r w:rsidRPr="00CA21BB">
        <w:rPr>
          <w:color w:val="000000"/>
          <w:sz w:val="18"/>
          <w:lang w:val="pl-PL"/>
        </w:rPr>
        <w:t>☐ dokumentacja medyczna     ☐ opinia rzeczoznawcy     ☐ inne: .............................................................................</w:t>
      </w:r>
    </w:p>
    <w:p w14:paraId="4078226B" w14:textId="77777777" w:rsidR="000F63C3" w:rsidRPr="00CA21BB" w:rsidRDefault="00000000">
      <w:pPr>
        <w:spacing w:after="160"/>
        <w:rPr>
          <w:lang w:val="pl-PL"/>
        </w:rPr>
      </w:pPr>
      <w:r w:rsidRPr="00CA21BB">
        <w:rPr>
          <w:color w:val="000000"/>
          <w:sz w:val="18"/>
          <w:lang w:val="pl-PL"/>
        </w:rPr>
        <w:t>Proszę o przesłanie odpowiedzi: ☐ pocztą na wskazany adres     ☐ pocztą elektroniczną na wskazany adres e-mail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0F63C3" w14:paraId="20ABF794" w14:textId="77777777">
        <w:trPr>
          <w:jc w:val="center"/>
        </w:trPr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BCD2B07" w14:textId="77777777" w:rsidR="000F63C3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color w:val="000000"/>
                <w:sz w:val="18"/>
              </w:rPr>
              <w:t>Miejscowość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i</w:t>
            </w:r>
            <w:proofErr w:type="spellEnd"/>
            <w:r>
              <w:rPr>
                <w:color w:val="000000"/>
                <w:sz w:val="18"/>
              </w:rPr>
              <w:t xml:space="preserve"> data</w:t>
            </w:r>
            <w:r>
              <w:rPr>
                <w:color w:val="000000"/>
                <w:sz w:val="18"/>
              </w:rPr>
              <w:br/>
            </w:r>
            <w:r>
              <w:rPr>
                <w:color w:val="000000"/>
                <w:sz w:val="18"/>
              </w:rPr>
              <w:br/>
              <w:t>........................................................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8F8824F" w14:textId="77777777" w:rsidR="000F63C3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Czytelny podpis</w:t>
            </w:r>
            <w:r>
              <w:rPr>
                <w:color w:val="000000"/>
                <w:sz w:val="18"/>
              </w:rPr>
              <w:br/>
            </w:r>
            <w:r>
              <w:rPr>
                <w:color w:val="000000"/>
                <w:sz w:val="18"/>
              </w:rPr>
              <w:br/>
              <w:t>........................................................</w:t>
            </w:r>
          </w:p>
        </w:tc>
      </w:tr>
    </w:tbl>
    <w:p w14:paraId="0045AB4E" w14:textId="77777777" w:rsidR="006743A7" w:rsidRDefault="006743A7"/>
    <w:p w14:paraId="0F6C82B1" w14:textId="77777777" w:rsidR="00565260" w:rsidRDefault="00565260"/>
    <w:p w14:paraId="01F2609F" w14:textId="77777777" w:rsidR="00565260" w:rsidRDefault="00565260"/>
    <w:p w14:paraId="7DD706B5" w14:textId="77777777" w:rsidR="00565260" w:rsidRDefault="00565260"/>
    <w:p w14:paraId="73FCA932" w14:textId="77777777" w:rsidR="00565260" w:rsidRDefault="00565260"/>
    <w:p w14:paraId="2A6121C3" w14:textId="77777777" w:rsidR="00565260" w:rsidRDefault="00565260"/>
    <w:p w14:paraId="4E68A9AC" w14:textId="77777777" w:rsidR="00565260" w:rsidRDefault="00565260"/>
    <w:p w14:paraId="21D2BBCE" w14:textId="77777777" w:rsidR="00565260" w:rsidRDefault="00565260"/>
    <w:p w14:paraId="1E18F251" w14:textId="77777777" w:rsidR="00565260" w:rsidRDefault="00565260"/>
    <w:p w14:paraId="04657688" w14:textId="7F2FF5BA" w:rsidR="00565260" w:rsidRDefault="00565260" w:rsidP="00565260">
      <w:pPr>
        <w:jc w:val="center"/>
      </w:pPr>
      <w:r>
        <w:rPr>
          <w:noProof/>
        </w:rPr>
        <w:drawing>
          <wp:inline distT="0" distB="0" distL="0" distR="0" wp14:anchorId="6DF2E916" wp14:editId="1AE4EF66">
            <wp:extent cx="1874520" cy="29770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3604" cy="30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5260" w:rsidSect="00034616">
      <w:footerReference w:type="default" r:id="rId9"/>
      <w:pgSz w:w="11906" w:h="16838"/>
      <w:pgMar w:top="624" w:right="794" w:bottom="680" w:left="794" w:header="22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EE263" w14:textId="77777777" w:rsidR="00766322" w:rsidRDefault="00766322">
      <w:pPr>
        <w:spacing w:after="0" w:line="240" w:lineRule="auto"/>
      </w:pPr>
      <w:r>
        <w:separator/>
      </w:r>
    </w:p>
  </w:endnote>
  <w:endnote w:type="continuationSeparator" w:id="0">
    <w:p w14:paraId="19008093" w14:textId="77777777" w:rsidR="00766322" w:rsidRDefault="0076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9A6C2" w14:textId="77777777" w:rsidR="000F63C3" w:rsidRDefault="00000000">
    <w:pPr>
      <w:pStyle w:val="Stopka"/>
      <w:jc w:val="center"/>
    </w:pPr>
    <w:r w:rsidRPr="00CA21BB">
      <w:rPr>
        <w:color w:val="666666"/>
        <w:sz w:val="14"/>
        <w:lang w:val="pl-PL"/>
      </w:rPr>
      <w:t xml:space="preserve">Kancelaria Prawna Stawicka </w:t>
    </w:r>
    <w:proofErr w:type="gramStart"/>
    <w:r w:rsidRPr="00CA21BB">
      <w:rPr>
        <w:color w:val="666666"/>
        <w:sz w:val="14"/>
        <w:lang w:val="pl-PL"/>
      </w:rPr>
      <w:t>Szadach  •</w:t>
    </w:r>
    <w:proofErr w:type="gramEnd"/>
    <w:r w:rsidRPr="00CA21BB">
      <w:rPr>
        <w:color w:val="666666"/>
        <w:sz w:val="14"/>
        <w:lang w:val="pl-PL"/>
      </w:rPr>
      <w:t xml:space="preserve">  ul. </w:t>
    </w:r>
    <w:proofErr w:type="spellStart"/>
    <w:r>
      <w:rPr>
        <w:color w:val="666666"/>
        <w:sz w:val="14"/>
      </w:rPr>
      <w:t>Kościuszki</w:t>
    </w:r>
    <w:proofErr w:type="spellEnd"/>
    <w:r>
      <w:rPr>
        <w:color w:val="666666"/>
        <w:sz w:val="14"/>
      </w:rPr>
      <w:t xml:space="preserve"> 107/8, 61-717 </w:t>
    </w:r>
    <w:proofErr w:type="spellStart"/>
    <w:proofErr w:type="gramStart"/>
    <w:r>
      <w:rPr>
        <w:color w:val="666666"/>
        <w:sz w:val="14"/>
      </w:rPr>
      <w:t>Poznań</w:t>
    </w:r>
    <w:proofErr w:type="spellEnd"/>
    <w:r>
      <w:rPr>
        <w:color w:val="666666"/>
        <w:sz w:val="14"/>
      </w:rPr>
      <w:t xml:space="preserve">  •</w:t>
    </w:r>
    <w:proofErr w:type="gramEnd"/>
    <w:r>
      <w:rPr>
        <w:color w:val="666666"/>
        <w:sz w:val="14"/>
      </w:rPr>
      <w:t xml:space="preserve">  www.szlegal.pl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5FF37" w14:textId="77777777" w:rsidR="00766322" w:rsidRDefault="00766322">
      <w:pPr>
        <w:spacing w:after="0" w:line="240" w:lineRule="auto"/>
      </w:pPr>
      <w:r>
        <w:separator/>
      </w:r>
    </w:p>
  </w:footnote>
  <w:footnote w:type="continuationSeparator" w:id="0">
    <w:p w14:paraId="517CD2B5" w14:textId="77777777" w:rsidR="00766322" w:rsidRDefault="00766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6143156">
    <w:abstractNumId w:val="8"/>
  </w:num>
  <w:num w:numId="2" w16cid:durableId="1946768331">
    <w:abstractNumId w:val="6"/>
  </w:num>
  <w:num w:numId="3" w16cid:durableId="1174490226">
    <w:abstractNumId w:val="5"/>
  </w:num>
  <w:num w:numId="4" w16cid:durableId="887565679">
    <w:abstractNumId w:val="4"/>
  </w:num>
  <w:num w:numId="5" w16cid:durableId="1836678947">
    <w:abstractNumId w:val="7"/>
  </w:num>
  <w:num w:numId="6" w16cid:durableId="1845775903">
    <w:abstractNumId w:val="3"/>
  </w:num>
  <w:num w:numId="7" w16cid:durableId="1872717802">
    <w:abstractNumId w:val="2"/>
  </w:num>
  <w:num w:numId="8" w16cid:durableId="1269779746">
    <w:abstractNumId w:val="1"/>
  </w:num>
  <w:num w:numId="9" w16cid:durableId="354355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3C3"/>
    <w:rsid w:val="001250C1"/>
    <w:rsid w:val="0015074B"/>
    <w:rsid w:val="0029639D"/>
    <w:rsid w:val="00326F90"/>
    <w:rsid w:val="00565260"/>
    <w:rsid w:val="006743A7"/>
    <w:rsid w:val="00766322"/>
    <w:rsid w:val="00861EBC"/>
    <w:rsid w:val="00AA1D8D"/>
    <w:rsid w:val="00B47730"/>
    <w:rsid w:val="00CA21BB"/>
    <w:rsid w:val="00CB0664"/>
    <w:rsid w:val="00D719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87A35C"/>
  <w14:defaultImageDpi w14:val="300"/>
  <w15:docId w15:val="{5C5DD7B0-D511-4E75-8BE7-4A081B14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1263</Words>
  <Characters>7582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Szadach</cp:lastModifiedBy>
  <cp:revision>3</cp:revision>
  <cp:lastPrinted>2026-09-28T08:28:00Z</cp:lastPrinted>
  <dcterms:created xsi:type="dcterms:W3CDTF">2026-09-28T08:37:00Z</dcterms:created>
  <dcterms:modified xsi:type="dcterms:W3CDTF">2026-10-02T08:37:00Z</dcterms:modified>
  <cp:category/>
</cp:coreProperties>
</file>